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B73F8" w14:textId="761184DA" w:rsidR="00A44386" w:rsidRPr="00AE28E4" w:rsidRDefault="00E3096E">
      <w:pPr>
        <w:spacing w:after="40"/>
        <w:rPr>
          <w:rFonts w:ascii="Poppins" w:hAnsi="Poppins" w:cs="Poppins"/>
        </w:rPr>
      </w:pPr>
      <w:r w:rsidRPr="00AE28E4">
        <w:rPr>
          <w:rFonts w:ascii="Poppins" w:hAnsi="Poppins" w:cs="Poppins"/>
          <w:b/>
          <w:sz w:val="36"/>
        </w:rPr>
        <w:t>CORNELL</w:t>
      </w:r>
      <w:r w:rsidR="00AE28E4" w:rsidRPr="00AE28E4">
        <w:rPr>
          <w:rFonts w:ascii="Poppins" w:hAnsi="Poppins" w:cs="Poppins"/>
          <w:b/>
          <w:sz w:val="36"/>
        </w:rPr>
        <w:t xml:space="preserve"> NOTE</w:t>
      </w:r>
    </w:p>
    <w:p w14:paraId="003CED54" w14:textId="6B4EC33F" w:rsidR="00A44386" w:rsidRPr="00E87875" w:rsidRDefault="00AE28E4">
      <w:pPr>
        <w:spacing w:after="160" w:line="240" w:lineRule="auto"/>
        <w:rPr>
          <w:rFonts w:ascii="Poppins" w:hAnsi="Poppins" w:cs="Poppins"/>
          <w:szCs w:val="20"/>
          <w:lang w:val="pl-PL"/>
        </w:rPr>
      </w:pPr>
      <w:r w:rsidRPr="00AE28E4">
        <w:rPr>
          <w:rFonts w:ascii="Poppins" w:hAnsi="Poppins" w:cs="Poppins"/>
          <w:color w:val="60728F"/>
          <w:szCs w:val="20"/>
        </w:rPr>
        <w:t xml:space="preserve">Write down the key points and examples in the large section. After the lesson, fill in the left-hand column with questions, keywords, and terms that will help with your review. </w:t>
      </w:r>
      <w:proofErr w:type="spellStart"/>
      <w:r w:rsidRPr="00AE28E4">
        <w:rPr>
          <w:rFonts w:ascii="Poppins" w:hAnsi="Poppins" w:cs="Poppins"/>
          <w:color w:val="60728F"/>
          <w:szCs w:val="20"/>
          <w:lang w:val="pl-PL"/>
        </w:rPr>
        <w:t>Finally</w:t>
      </w:r>
      <w:proofErr w:type="spellEnd"/>
      <w:r w:rsidRPr="00AE28E4">
        <w:rPr>
          <w:rFonts w:ascii="Poppins" w:hAnsi="Poppins" w:cs="Poppins"/>
          <w:color w:val="60728F"/>
          <w:szCs w:val="20"/>
          <w:lang w:val="pl-PL"/>
        </w:rPr>
        <w:t xml:space="preserve">, </w:t>
      </w:r>
      <w:proofErr w:type="spellStart"/>
      <w:r w:rsidRPr="00AE28E4">
        <w:rPr>
          <w:rFonts w:ascii="Poppins" w:hAnsi="Poppins" w:cs="Poppins"/>
          <w:color w:val="60728F"/>
          <w:szCs w:val="20"/>
          <w:lang w:val="pl-PL"/>
        </w:rPr>
        <w:t>write</w:t>
      </w:r>
      <w:proofErr w:type="spellEnd"/>
      <w:r w:rsidRPr="00AE28E4">
        <w:rPr>
          <w:rFonts w:ascii="Poppins" w:hAnsi="Poppins" w:cs="Poppins"/>
          <w:color w:val="60728F"/>
          <w:szCs w:val="20"/>
          <w:lang w:val="pl-PL"/>
        </w:rPr>
        <w:t xml:space="preserve"> a </w:t>
      </w:r>
      <w:proofErr w:type="spellStart"/>
      <w:r w:rsidRPr="00AE28E4">
        <w:rPr>
          <w:rFonts w:ascii="Poppins" w:hAnsi="Poppins" w:cs="Poppins"/>
          <w:color w:val="60728F"/>
          <w:szCs w:val="20"/>
          <w:lang w:val="pl-PL"/>
        </w:rPr>
        <w:t>brief</w:t>
      </w:r>
      <w:proofErr w:type="spellEnd"/>
      <w:r w:rsidRPr="00AE28E4">
        <w:rPr>
          <w:rFonts w:ascii="Poppins" w:hAnsi="Poppins" w:cs="Poppins"/>
          <w:color w:val="60728F"/>
          <w:szCs w:val="20"/>
          <w:lang w:val="pl-PL"/>
        </w:rPr>
        <w:t xml:space="preserve"> </w:t>
      </w:r>
      <w:proofErr w:type="spellStart"/>
      <w:r w:rsidRPr="00AE28E4">
        <w:rPr>
          <w:rFonts w:ascii="Poppins" w:hAnsi="Poppins" w:cs="Poppins"/>
          <w:color w:val="60728F"/>
          <w:szCs w:val="20"/>
          <w:lang w:val="pl-PL"/>
        </w:rPr>
        <w:t>summary</w:t>
      </w:r>
      <w:proofErr w:type="spellEnd"/>
      <w:r w:rsidRPr="00AE28E4">
        <w:rPr>
          <w:rFonts w:ascii="Poppins" w:hAnsi="Poppins" w:cs="Poppins"/>
          <w:color w:val="60728F"/>
          <w:szCs w:val="20"/>
          <w:lang w:val="pl-PL"/>
        </w:rPr>
        <w:t xml:space="preserve"> in </w:t>
      </w:r>
      <w:proofErr w:type="spellStart"/>
      <w:r w:rsidRPr="00AE28E4">
        <w:rPr>
          <w:rFonts w:ascii="Poppins" w:hAnsi="Poppins" w:cs="Poppins"/>
          <w:color w:val="60728F"/>
          <w:szCs w:val="20"/>
          <w:lang w:val="pl-PL"/>
        </w:rPr>
        <w:t>your</w:t>
      </w:r>
      <w:proofErr w:type="spellEnd"/>
      <w:r w:rsidRPr="00AE28E4">
        <w:rPr>
          <w:rFonts w:ascii="Poppins" w:hAnsi="Poppins" w:cs="Poppins"/>
          <w:color w:val="60728F"/>
          <w:szCs w:val="20"/>
          <w:lang w:val="pl-PL"/>
        </w:rPr>
        <w:t xml:space="preserve"> </w:t>
      </w:r>
      <w:proofErr w:type="spellStart"/>
      <w:r w:rsidRPr="00AE28E4">
        <w:rPr>
          <w:rFonts w:ascii="Poppins" w:hAnsi="Poppins" w:cs="Poppins"/>
          <w:color w:val="60728F"/>
          <w:szCs w:val="20"/>
          <w:lang w:val="pl-PL"/>
        </w:rPr>
        <w:t>own</w:t>
      </w:r>
      <w:proofErr w:type="spellEnd"/>
      <w:r w:rsidRPr="00AE28E4">
        <w:rPr>
          <w:rFonts w:ascii="Poppins" w:hAnsi="Poppins" w:cs="Poppins"/>
          <w:color w:val="60728F"/>
          <w:szCs w:val="20"/>
          <w:lang w:val="pl-PL"/>
        </w:rPr>
        <w:t xml:space="preserve"> </w:t>
      </w:r>
      <w:proofErr w:type="spellStart"/>
      <w:r w:rsidRPr="00AE28E4">
        <w:rPr>
          <w:rFonts w:ascii="Poppins" w:hAnsi="Poppins" w:cs="Poppins"/>
          <w:color w:val="60728F"/>
          <w:szCs w:val="20"/>
          <w:lang w:val="pl-PL"/>
        </w:rPr>
        <w:t>words</w:t>
      </w:r>
      <w:proofErr w:type="spellEnd"/>
      <w:r w:rsidRPr="00AE28E4">
        <w:rPr>
          <w:rFonts w:ascii="Poppins" w:hAnsi="Poppins" w:cs="Poppins"/>
          <w:color w:val="60728F"/>
          <w:szCs w:val="20"/>
          <w:lang w:val="pl-PL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5159"/>
      </w:tblGrid>
      <w:tr w:rsidR="00A44386" w:rsidRPr="00E87875" w14:paraId="5C46B954" w14:textId="77777777">
        <w:trPr>
          <w:trHeight w:val="822"/>
          <w:jc w:val="center"/>
        </w:trPr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3C696923" w14:textId="3A3DBD56" w:rsidR="00A44386" w:rsidRPr="00E87875" w:rsidRDefault="00E3096E">
            <w:pPr>
              <w:spacing w:after="120" w:line="240" w:lineRule="auto"/>
              <w:rPr>
                <w:rFonts w:ascii="Poppins" w:hAnsi="Poppins" w:cs="Poppins"/>
              </w:rPr>
            </w:pPr>
            <w:r w:rsidRPr="00E87875">
              <w:rPr>
                <w:rFonts w:ascii="Poppins" w:hAnsi="Poppins" w:cs="Poppins"/>
                <w:b/>
                <w:color w:val="668DD0"/>
                <w:sz w:val="16"/>
              </w:rPr>
              <w:t>T</w:t>
            </w:r>
            <w:r w:rsidR="00AE28E4">
              <w:rPr>
                <w:rFonts w:ascii="Poppins" w:hAnsi="Poppins" w:cs="Poppins"/>
                <w:b/>
                <w:color w:val="668DD0"/>
                <w:sz w:val="16"/>
              </w:rPr>
              <w:t>OPIC</w:t>
            </w:r>
          </w:p>
          <w:p w14:paraId="32F33158" w14:textId="77777777" w:rsidR="00A44386" w:rsidRPr="00E87875" w:rsidRDefault="00A44386">
            <w:pPr>
              <w:spacing w:after="0" w:line="240" w:lineRule="auto"/>
              <w:rPr>
                <w:rFonts w:ascii="Poppins" w:hAnsi="Poppins" w:cs="Poppins"/>
              </w:rPr>
            </w:pPr>
          </w:p>
        </w:tc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36B8C5BA" w14:textId="01378C73" w:rsidR="00A44386" w:rsidRPr="00E87875" w:rsidRDefault="00E3096E">
            <w:pPr>
              <w:spacing w:after="120" w:line="240" w:lineRule="auto"/>
              <w:rPr>
                <w:rFonts w:ascii="Poppins" w:hAnsi="Poppins" w:cs="Poppins"/>
              </w:rPr>
            </w:pPr>
            <w:r w:rsidRPr="00E87875">
              <w:rPr>
                <w:rFonts w:ascii="Poppins" w:hAnsi="Poppins" w:cs="Poppins"/>
                <w:b/>
                <w:color w:val="668DD0"/>
                <w:sz w:val="16"/>
              </w:rPr>
              <w:t>DAT</w:t>
            </w:r>
            <w:r w:rsidR="00AE28E4">
              <w:rPr>
                <w:rFonts w:ascii="Poppins" w:hAnsi="Poppins" w:cs="Poppins"/>
                <w:b/>
                <w:color w:val="668DD0"/>
                <w:sz w:val="16"/>
              </w:rPr>
              <w:t>E</w:t>
            </w:r>
          </w:p>
          <w:p w14:paraId="6986325B" w14:textId="77777777" w:rsidR="00A44386" w:rsidRPr="00E87875" w:rsidRDefault="00A44386">
            <w:pPr>
              <w:spacing w:after="0" w:line="240" w:lineRule="auto"/>
              <w:rPr>
                <w:rFonts w:ascii="Poppins" w:hAnsi="Poppins" w:cs="Poppins"/>
              </w:rPr>
            </w:pPr>
          </w:p>
        </w:tc>
      </w:tr>
      <w:tr w:rsidR="00A44386" w:rsidRPr="00E87875" w14:paraId="15F36AAA" w14:textId="77777777">
        <w:trPr>
          <w:trHeight w:val="822"/>
          <w:jc w:val="center"/>
        </w:trPr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6DC9268F" w14:textId="0C55942E" w:rsidR="00A44386" w:rsidRPr="00E87875" w:rsidRDefault="00AE28E4">
            <w:pPr>
              <w:spacing w:after="0" w:line="240" w:lineRule="auto"/>
              <w:rPr>
                <w:rFonts w:ascii="Poppins" w:hAnsi="Poppins" w:cs="Poppins"/>
              </w:rPr>
            </w:pPr>
            <w:r w:rsidRPr="00AE28E4">
              <w:rPr>
                <w:rFonts w:ascii="Poppins" w:hAnsi="Poppins" w:cs="Poppins"/>
                <w:b/>
                <w:color w:val="668DD0"/>
                <w:sz w:val="16"/>
              </w:rPr>
              <w:t>SUBJECT / COURSE</w:t>
            </w:r>
          </w:p>
        </w:tc>
        <w:tc>
          <w:tcPr>
            <w:tcW w:w="5159" w:type="dxa"/>
            <w:tcBorders>
              <w:top w:val="single" w:sz="10" w:space="0" w:color="B7CBEA"/>
              <w:left w:val="single" w:sz="10" w:space="0" w:color="B7CBEA"/>
              <w:bottom w:val="single" w:sz="10" w:space="0" w:color="B7CBEA"/>
              <w:right w:val="single" w:sz="10" w:space="0" w:color="B7CBEA"/>
            </w:tcBorders>
            <w:tcMar>
              <w:top w:w="75" w:type="dxa"/>
              <w:left w:w="110" w:type="dxa"/>
              <w:bottom w:w="150" w:type="dxa"/>
              <w:right w:w="110" w:type="dxa"/>
            </w:tcMar>
          </w:tcPr>
          <w:p w14:paraId="21780F65" w14:textId="5D39F91B" w:rsidR="00A44386" w:rsidRPr="00E87875" w:rsidRDefault="00AE28E4">
            <w:pPr>
              <w:spacing w:after="0" w:line="240" w:lineRule="auto"/>
              <w:rPr>
                <w:rFonts w:ascii="Poppins" w:hAnsi="Poppins" w:cs="Poppins"/>
              </w:rPr>
            </w:pPr>
            <w:r w:rsidRPr="00AE28E4">
              <w:rPr>
                <w:rFonts w:ascii="Poppins" w:hAnsi="Poppins" w:cs="Poppins"/>
                <w:b/>
                <w:color w:val="668DD0"/>
                <w:sz w:val="16"/>
              </w:rPr>
              <w:t>FACILITATOR / SOURCE</w:t>
            </w:r>
          </w:p>
        </w:tc>
      </w:tr>
    </w:tbl>
    <w:p w14:paraId="364FAE7C" w14:textId="77777777" w:rsidR="00A44386" w:rsidRPr="00E87875" w:rsidRDefault="00A44386">
      <w:pPr>
        <w:spacing w:after="20"/>
        <w:rPr>
          <w:rFonts w:ascii="Poppins" w:hAnsi="Poppins" w:cs="Poppins"/>
        </w:rPr>
      </w:pPr>
    </w:p>
    <w:tbl>
      <w:tblPr>
        <w:tblW w:w="10319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371"/>
      </w:tblGrid>
      <w:tr w:rsidR="00A44386" w:rsidRPr="00E87875" w14:paraId="441B65BF" w14:textId="77777777" w:rsidTr="00AE28E4">
        <w:trPr>
          <w:trHeight w:val="425"/>
          <w:jc w:val="center"/>
        </w:trPr>
        <w:tc>
          <w:tcPr>
            <w:tcW w:w="2948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shd w:val="clear" w:color="auto" w:fill="668DD0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29E5A3C3" w14:textId="5B9FEA4B" w:rsidR="00A44386" w:rsidRPr="00E87875" w:rsidRDefault="00AE28E4">
            <w:pPr>
              <w:spacing w:after="0" w:line="240" w:lineRule="auto"/>
              <w:rPr>
                <w:rFonts w:ascii="Poppins" w:hAnsi="Poppins" w:cs="Poppins"/>
              </w:rPr>
            </w:pPr>
            <w:r w:rsidRPr="00AE28E4">
              <w:rPr>
                <w:rFonts w:ascii="Poppins" w:hAnsi="Poppins" w:cs="Poppins"/>
                <w:b/>
                <w:color w:val="FFFFFF"/>
                <w:sz w:val="18"/>
              </w:rPr>
              <w:t>QUESTIONS / KEYWORDS</w:t>
            </w:r>
          </w:p>
        </w:tc>
        <w:tc>
          <w:tcPr>
            <w:tcW w:w="7371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shd w:val="clear" w:color="auto" w:fill="668DD0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69C84C13" w14:textId="7526C637" w:rsidR="00A44386" w:rsidRPr="00E87875" w:rsidRDefault="00E3096E">
            <w:pPr>
              <w:spacing w:after="0" w:line="240" w:lineRule="auto"/>
              <w:rPr>
                <w:rFonts w:ascii="Poppins" w:hAnsi="Poppins" w:cs="Poppins"/>
              </w:rPr>
            </w:pPr>
            <w:r w:rsidRPr="00E87875">
              <w:rPr>
                <w:rFonts w:ascii="Poppins" w:hAnsi="Poppins" w:cs="Poppins"/>
                <w:b/>
                <w:color w:val="FFFFFF"/>
                <w:sz w:val="18"/>
              </w:rPr>
              <w:t>NOT</w:t>
            </w:r>
            <w:r w:rsidR="00AE28E4">
              <w:rPr>
                <w:rFonts w:ascii="Poppins" w:hAnsi="Poppins" w:cs="Poppins"/>
                <w:b/>
                <w:color w:val="FFFFFF"/>
                <w:sz w:val="18"/>
              </w:rPr>
              <w:t>ES</w:t>
            </w:r>
          </w:p>
        </w:tc>
      </w:tr>
      <w:tr w:rsidR="00A44386" w:rsidRPr="00AE28E4" w14:paraId="4358638F" w14:textId="77777777" w:rsidTr="00AE28E4">
        <w:trPr>
          <w:trHeight w:val="6690"/>
          <w:jc w:val="center"/>
        </w:trPr>
        <w:tc>
          <w:tcPr>
            <w:tcW w:w="2948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shd w:val="clear" w:color="auto" w:fill="F2F6FC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A1B18FD" w14:textId="047FF1FC" w:rsidR="00A44386" w:rsidRPr="00E87875" w:rsidRDefault="00AE28E4">
            <w:pPr>
              <w:spacing w:after="0" w:line="240" w:lineRule="auto"/>
              <w:rPr>
                <w:rFonts w:ascii="Poppins" w:hAnsi="Poppins" w:cs="Poppins"/>
                <w:lang w:val="pl-PL"/>
              </w:rPr>
            </w:pPr>
            <w:proofErr w:type="spellStart"/>
            <w:r w:rsidRPr="00AE28E4">
              <w:rPr>
                <w:rFonts w:ascii="Poppins" w:hAnsi="Poppins" w:cs="Poppins"/>
                <w:i/>
                <w:color w:val="A9B6CA"/>
                <w:sz w:val="18"/>
                <w:lang w:val="pl-PL"/>
              </w:rPr>
              <w:t>Terms</w:t>
            </w:r>
            <w:proofErr w:type="spellEnd"/>
            <w:r w:rsidRPr="00AE28E4">
              <w:rPr>
                <w:rFonts w:ascii="Poppins" w:hAnsi="Poppins" w:cs="Poppins"/>
                <w:i/>
                <w:color w:val="A9B6CA"/>
                <w:sz w:val="18"/>
                <w:lang w:val="pl-PL"/>
              </w:rPr>
              <w:t xml:space="preserve">, </w:t>
            </w:r>
            <w:proofErr w:type="spellStart"/>
            <w:r w:rsidRPr="00AE28E4">
              <w:rPr>
                <w:rFonts w:ascii="Poppins" w:hAnsi="Poppins" w:cs="Poppins"/>
                <w:i/>
                <w:color w:val="A9B6CA"/>
                <w:sz w:val="18"/>
                <w:lang w:val="pl-PL"/>
              </w:rPr>
              <w:t>definitions</w:t>
            </w:r>
            <w:proofErr w:type="spellEnd"/>
            <w:r w:rsidRPr="00AE28E4">
              <w:rPr>
                <w:rFonts w:ascii="Poppins" w:hAnsi="Poppins" w:cs="Poppins"/>
                <w:i/>
                <w:color w:val="A9B6CA"/>
                <w:sz w:val="18"/>
                <w:lang w:val="pl-PL"/>
              </w:rPr>
              <w:t xml:space="preserve">, </w:t>
            </w:r>
            <w:proofErr w:type="spellStart"/>
            <w:r w:rsidRPr="00AE28E4">
              <w:rPr>
                <w:rFonts w:ascii="Poppins" w:hAnsi="Poppins" w:cs="Poppins"/>
                <w:i/>
                <w:color w:val="A9B6CA"/>
                <w:sz w:val="18"/>
                <w:lang w:val="pl-PL"/>
              </w:rPr>
              <w:t>questions</w:t>
            </w:r>
            <w:proofErr w:type="spellEnd"/>
          </w:p>
        </w:tc>
        <w:tc>
          <w:tcPr>
            <w:tcW w:w="7371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2C9AA27D" w14:textId="2F9C5BB5" w:rsidR="00A44386" w:rsidRPr="00AE28E4" w:rsidRDefault="00AE28E4">
            <w:pPr>
              <w:spacing w:after="0" w:line="240" w:lineRule="auto"/>
              <w:rPr>
                <w:rFonts w:ascii="Poppins" w:hAnsi="Poppins" w:cs="Poppins"/>
              </w:rPr>
            </w:pPr>
            <w:r w:rsidRPr="00AE28E4">
              <w:rPr>
                <w:rFonts w:ascii="Poppins" w:hAnsi="Poppins" w:cs="Poppins"/>
                <w:i/>
                <w:color w:val="A9B6CA"/>
                <w:sz w:val="18"/>
              </w:rPr>
              <w:t>Key ideas, explanations, examples, relationships…</w:t>
            </w:r>
          </w:p>
        </w:tc>
      </w:tr>
    </w:tbl>
    <w:p w14:paraId="30F05019" w14:textId="166F0126" w:rsidR="00A44386" w:rsidRPr="00AE28E4" w:rsidRDefault="00AE28E4">
      <w:pPr>
        <w:spacing w:before="140" w:after="80"/>
        <w:rPr>
          <w:rFonts w:ascii="Poppins" w:hAnsi="Poppins" w:cs="Poppins"/>
          <w:b/>
        </w:rPr>
      </w:pPr>
      <w:r w:rsidRPr="00AE28E4">
        <w:rPr>
          <w:rFonts w:ascii="Poppins" w:hAnsi="Poppins" w:cs="Poppins"/>
          <w:b/>
        </w:rPr>
        <w:t>SUMMARY</w:t>
      </w:r>
    </w:p>
    <w:tbl>
      <w:tblPr>
        <w:tblW w:w="10319" w:type="dxa"/>
        <w:jc w:val="center"/>
        <w:tblLayout w:type="fixed"/>
        <w:tblLook w:val="04A0" w:firstRow="1" w:lastRow="0" w:firstColumn="1" w:lastColumn="0" w:noHBand="0" w:noVBand="1"/>
      </w:tblPr>
      <w:tblGrid>
        <w:gridCol w:w="10319"/>
      </w:tblGrid>
      <w:tr w:rsidR="00A44386" w:rsidRPr="00AE28E4" w14:paraId="6D108837" w14:textId="77777777" w:rsidTr="00AE28E4">
        <w:trPr>
          <w:trHeight w:val="1497"/>
          <w:jc w:val="center"/>
        </w:trPr>
        <w:tc>
          <w:tcPr>
            <w:tcW w:w="10319" w:type="dxa"/>
            <w:tcBorders>
              <w:top w:val="single" w:sz="8" w:space="0" w:color="B7CBEA"/>
              <w:left w:val="single" w:sz="8" w:space="0" w:color="B7CBEA"/>
              <w:bottom w:val="single" w:sz="8" w:space="0" w:color="B7CBEA"/>
              <w:right w:val="single" w:sz="8" w:space="0" w:color="B7CBEA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E3D9F2F" w14:textId="1AC7B889" w:rsidR="00A44386" w:rsidRPr="00AE28E4" w:rsidRDefault="00AE28E4">
            <w:pPr>
              <w:spacing w:line="240" w:lineRule="auto"/>
              <w:rPr>
                <w:rFonts w:ascii="Poppins" w:hAnsi="Poppins" w:cs="Poppins"/>
              </w:rPr>
            </w:pPr>
            <w:r w:rsidRPr="00AE28E4">
              <w:rPr>
                <w:rFonts w:ascii="Poppins" w:hAnsi="Poppins" w:cs="Poppins"/>
                <w:i/>
                <w:color w:val="A9B6CA"/>
                <w:sz w:val="18"/>
              </w:rPr>
              <w:t>Write down the key ideas in your own words. What should you remember from this class?</w:t>
            </w:r>
          </w:p>
        </w:tc>
      </w:tr>
    </w:tbl>
    <w:p w14:paraId="2E46A463" w14:textId="4CFBC537" w:rsidR="00A44386" w:rsidRPr="00AE28E4" w:rsidRDefault="00AE28E4" w:rsidP="00AE28E4">
      <w:pPr>
        <w:spacing w:before="120" w:after="0"/>
        <w:rPr>
          <w:rFonts w:ascii="Poppins" w:hAnsi="Poppins" w:cs="Poppins"/>
        </w:rPr>
      </w:pPr>
      <w:r w:rsidRPr="00AE28E4">
        <w:rPr>
          <w:rFonts w:ascii="Poppins" w:hAnsi="Poppins" w:cs="Poppins"/>
          <w:sz w:val="19"/>
        </w:rPr>
        <w:t>If you had to explain this to</w:t>
      </w:r>
      <w:bookmarkStart w:id="0" w:name="_GoBack"/>
      <w:bookmarkEnd w:id="0"/>
      <w:r w:rsidRPr="00AE28E4">
        <w:rPr>
          <w:rFonts w:ascii="Poppins" w:hAnsi="Poppins" w:cs="Poppins"/>
          <w:sz w:val="19"/>
        </w:rPr>
        <w:t>pic to someone without looking at your notes, where would you start?</w:t>
      </w:r>
    </w:p>
    <w:sectPr w:rsidR="00A44386" w:rsidRPr="00AE28E4" w:rsidSect="00034616">
      <w:headerReference w:type="default" r:id="rId8"/>
      <w:footerReference w:type="default" r:id="rId9"/>
      <w:pgSz w:w="11906" w:h="16838"/>
      <w:pgMar w:top="794" w:right="794" w:bottom="850" w:left="79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53EE5" w14:textId="77777777" w:rsidR="00E3096E" w:rsidRDefault="00E3096E">
      <w:pPr>
        <w:spacing w:after="0" w:line="240" w:lineRule="auto"/>
      </w:pPr>
      <w:r>
        <w:separator/>
      </w:r>
    </w:p>
  </w:endnote>
  <w:endnote w:type="continuationSeparator" w:id="0">
    <w:p w14:paraId="49A0876F" w14:textId="77777777" w:rsidR="00E3096E" w:rsidRDefault="00E3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2AA53" w14:textId="77777777" w:rsidR="00AE28E4" w:rsidRPr="00AE28E4" w:rsidRDefault="00AE28E4" w:rsidP="00AE28E4">
    <w:pPr>
      <w:pStyle w:val="Stopka"/>
      <w:rPr>
        <w:rFonts w:ascii="Poppins" w:hAnsi="Poppins" w:cs="Poppins"/>
        <w:color w:val="808080" w:themeColor="background1" w:themeShade="80"/>
        <w:sz w:val="18"/>
        <w:szCs w:val="18"/>
      </w:rPr>
    </w:pPr>
    <w:r w:rsidRPr="00AE28E4">
      <w:rPr>
        <w:rFonts w:ascii="Poppins" w:hAnsi="Poppins" w:cs="Poppins"/>
        <w:color w:val="808080" w:themeColor="background1" w:themeShade="80"/>
        <w:sz w:val="18"/>
        <w:szCs w:val="18"/>
      </w:rPr>
      <w:t>Project funded by the Polish National Agency for Academic Exchange (NAWA)</w:t>
    </w:r>
  </w:p>
  <w:p w14:paraId="36BF24E2" w14:textId="75CD31C1" w:rsidR="00A44386" w:rsidRPr="00AE28E4" w:rsidRDefault="00AE28E4" w:rsidP="00AE28E4">
    <w:pPr>
      <w:pStyle w:val="Stopka"/>
    </w:pPr>
    <w:r w:rsidRPr="00AE28E4">
      <w:rPr>
        <w:rFonts w:ascii="Poppins" w:hAnsi="Poppins" w:cs="Poppins"/>
        <w:color w:val="808080" w:themeColor="background1" w:themeShade="80"/>
        <w:sz w:val="18"/>
        <w:szCs w:val="18"/>
        <w:lang w:val="pl-PL"/>
      </w:rPr>
      <w:t>Gdańsk University of Technology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CFF8D" w14:textId="77777777" w:rsidR="00E3096E" w:rsidRDefault="00E3096E">
      <w:pPr>
        <w:spacing w:after="0" w:line="240" w:lineRule="auto"/>
      </w:pPr>
      <w:r>
        <w:separator/>
      </w:r>
    </w:p>
  </w:footnote>
  <w:footnote w:type="continuationSeparator" w:id="0">
    <w:p w14:paraId="7EED2207" w14:textId="77777777" w:rsidR="00E3096E" w:rsidRDefault="00E3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73CE" w14:textId="77777777" w:rsidR="00A44386" w:rsidRDefault="00E3096E">
    <w:pPr>
      <w:pStyle w:val="Nagwek"/>
    </w:pPr>
    <w:r>
      <w:rPr>
        <w:noProof/>
      </w:rPr>
      <w:drawing>
        <wp:inline distT="0" distB="0" distL="0" distR="0" wp14:anchorId="702C4657" wp14:editId="6D936898">
          <wp:extent cx="1008000" cy="2936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pire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000" cy="293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022"/>
    <w:rsid w:val="00034616"/>
    <w:rsid w:val="00043F6D"/>
    <w:rsid w:val="0006063C"/>
    <w:rsid w:val="0015074B"/>
    <w:rsid w:val="0029639D"/>
    <w:rsid w:val="002F645F"/>
    <w:rsid w:val="00326F90"/>
    <w:rsid w:val="00403747"/>
    <w:rsid w:val="00482A79"/>
    <w:rsid w:val="0055201B"/>
    <w:rsid w:val="006C0CCC"/>
    <w:rsid w:val="00A44386"/>
    <w:rsid w:val="00AA1D8D"/>
    <w:rsid w:val="00AE28E4"/>
    <w:rsid w:val="00B47730"/>
    <w:rsid w:val="00CB0664"/>
    <w:rsid w:val="00E3096E"/>
    <w:rsid w:val="00E878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C79AC"/>
  <w14:defaultImageDpi w14:val="300"/>
  <w15:docId w15:val="{E30D0628-3801-4F66-9F6E-4CF7CBC8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Arial" w:hAnsi="Arial"/>
      <w:color w:val="222222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BF4B32-A061-40AA-B44B-EFE1F476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Notatka Cornella – szablon</vt:lpstr>
      <vt:lpstr/>
    </vt:vector>
  </TitlesOfParts>
  <Manager/>
  <Company/>
  <LinksUpToDate>false</LinksUpToDate>
  <CharactersWithSpaces>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Notatka Cornella – szablon</dc:title>
  <dc:subject>Inspire Edu – karta pracy</dc:subject>
  <dc:creator>Inspire Edu</dc:creator>
  <cp:keywords/>
  <dc:description>generated by python-docx</dc:description>
  <cp:lastModifiedBy>Izabela Kozak</cp:lastModifiedBy>
  <cp:revision>2</cp:revision>
  <dcterms:created xsi:type="dcterms:W3CDTF">2026-09-14T10:00:00Z</dcterms:created>
  <dcterms:modified xsi:type="dcterms:W3CDTF">2026-09-14T10:00:00Z</dcterms:modified>
  <cp:category/>
</cp:coreProperties>
</file>