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B73F8" w14:textId="77777777" w:rsidR="00A44386" w:rsidRPr="002F645F" w:rsidRDefault="00000000">
      <w:pPr>
        <w:spacing w:after="40"/>
        <w:rPr>
          <w:lang w:val="pl-PL"/>
        </w:rPr>
      </w:pPr>
      <w:r w:rsidRPr="002F645F">
        <w:rPr>
          <w:b/>
          <w:sz w:val="36"/>
          <w:lang w:val="pl-PL"/>
        </w:rPr>
        <w:t>NOTATKA CORNELLA</w:t>
      </w:r>
    </w:p>
    <w:p w14:paraId="003CED54" w14:textId="74DA136C" w:rsidR="00A44386" w:rsidRPr="002F645F" w:rsidRDefault="00000000">
      <w:pPr>
        <w:spacing w:after="160" w:line="240" w:lineRule="auto"/>
        <w:rPr>
          <w:lang w:val="pl-PL"/>
        </w:rPr>
      </w:pPr>
      <w:r w:rsidRPr="002F645F">
        <w:rPr>
          <w:color w:val="60728F"/>
          <w:sz w:val="21"/>
          <w:lang w:val="pl-PL"/>
        </w:rPr>
        <w:t xml:space="preserve">W dużym polu zapisuj najważniejsze treści i przykłady. Po zajęciach uzupełnij lewą kolumnę o pytania, słowa kluczowe i hasła pomocne </w:t>
      </w:r>
      <w:r w:rsidR="002F645F">
        <w:rPr>
          <w:color w:val="60728F"/>
          <w:sz w:val="21"/>
          <w:lang w:val="pl-PL"/>
        </w:rPr>
        <w:t>podczas</w:t>
      </w:r>
      <w:r w:rsidRPr="002F645F">
        <w:rPr>
          <w:color w:val="60728F"/>
          <w:sz w:val="21"/>
          <w:lang w:val="pl-PL"/>
        </w:rPr>
        <w:t xml:space="preserve"> powtór</w:t>
      </w:r>
      <w:r w:rsidR="002F645F">
        <w:rPr>
          <w:color w:val="60728F"/>
          <w:sz w:val="21"/>
          <w:lang w:val="pl-PL"/>
        </w:rPr>
        <w:t>ki</w:t>
      </w:r>
      <w:r w:rsidRPr="002F645F">
        <w:rPr>
          <w:color w:val="60728F"/>
          <w:sz w:val="21"/>
          <w:lang w:val="pl-PL"/>
        </w:rPr>
        <w:t xml:space="preserve">. Na końcu zapisz </w:t>
      </w:r>
      <w:r w:rsidR="002F645F">
        <w:rPr>
          <w:color w:val="60728F"/>
          <w:sz w:val="21"/>
          <w:lang w:val="pl-PL"/>
        </w:rPr>
        <w:t xml:space="preserve">własnymi słowami </w:t>
      </w:r>
      <w:r w:rsidRPr="002F645F">
        <w:rPr>
          <w:color w:val="60728F"/>
          <w:sz w:val="21"/>
          <w:lang w:val="pl-PL"/>
        </w:rPr>
        <w:t>krótkie podsumowanie</w:t>
      </w:r>
      <w:r w:rsidR="002F645F">
        <w:rPr>
          <w:color w:val="60728F"/>
          <w:sz w:val="21"/>
          <w:lang w:val="pl-PL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5159"/>
      </w:tblGrid>
      <w:tr w:rsidR="00A44386" w14:paraId="5C46B954" w14:textId="77777777">
        <w:trPr>
          <w:trHeight w:val="822"/>
          <w:jc w:val="center"/>
        </w:trPr>
        <w:tc>
          <w:tcPr>
            <w:tcW w:w="5159" w:type="dxa"/>
            <w:tcBorders>
              <w:top w:val="single" w:sz="10" w:space="0" w:color="B7CBEA"/>
              <w:left w:val="single" w:sz="10" w:space="0" w:color="B7CBEA"/>
              <w:bottom w:val="single" w:sz="10" w:space="0" w:color="B7CBEA"/>
              <w:right w:val="single" w:sz="10" w:space="0" w:color="B7CBEA"/>
            </w:tcBorders>
            <w:tcMar>
              <w:top w:w="75" w:type="dxa"/>
              <w:left w:w="110" w:type="dxa"/>
              <w:bottom w:w="150" w:type="dxa"/>
              <w:right w:w="110" w:type="dxa"/>
            </w:tcMar>
          </w:tcPr>
          <w:p w14:paraId="3C696923" w14:textId="77777777" w:rsidR="00A44386" w:rsidRDefault="00000000">
            <w:pPr>
              <w:spacing w:after="120" w:line="240" w:lineRule="auto"/>
            </w:pPr>
            <w:r>
              <w:rPr>
                <w:b/>
                <w:color w:val="668DD0"/>
                <w:sz w:val="16"/>
              </w:rPr>
              <w:t>TEMAT</w:t>
            </w:r>
          </w:p>
          <w:p w14:paraId="32F33158" w14:textId="77777777" w:rsidR="00A44386" w:rsidRDefault="00A44386">
            <w:pPr>
              <w:spacing w:after="0" w:line="240" w:lineRule="auto"/>
            </w:pPr>
          </w:p>
        </w:tc>
        <w:tc>
          <w:tcPr>
            <w:tcW w:w="5159" w:type="dxa"/>
            <w:tcBorders>
              <w:top w:val="single" w:sz="10" w:space="0" w:color="B7CBEA"/>
              <w:left w:val="single" w:sz="10" w:space="0" w:color="B7CBEA"/>
              <w:bottom w:val="single" w:sz="10" w:space="0" w:color="B7CBEA"/>
              <w:right w:val="single" w:sz="10" w:space="0" w:color="B7CBEA"/>
            </w:tcBorders>
            <w:tcMar>
              <w:top w:w="75" w:type="dxa"/>
              <w:left w:w="110" w:type="dxa"/>
              <w:bottom w:w="150" w:type="dxa"/>
              <w:right w:w="110" w:type="dxa"/>
            </w:tcMar>
          </w:tcPr>
          <w:p w14:paraId="36B8C5BA" w14:textId="77777777" w:rsidR="00A44386" w:rsidRDefault="00000000">
            <w:pPr>
              <w:spacing w:after="120" w:line="240" w:lineRule="auto"/>
            </w:pPr>
            <w:r>
              <w:rPr>
                <w:b/>
                <w:color w:val="668DD0"/>
                <w:sz w:val="16"/>
              </w:rPr>
              <w:t>DATA</w:t>
            </w:r>
          </w:p>
          <w:p w14:paraId="6986325B" w14:textId="77777777" w:rsidR="00A44386" w:rsidRDefault="00A44386">
            <w:pPr>
              <w:spacing w:after="0" w:line="240" w:lineRule="auto"/>
            </w:pPr>
          </w:p>
        </w:tc>
      </w:tr>
      <w:tr w:rsidR="00A44386" w14:paraId="15F36AAA" w14:textId="77777777">
        <w:trPr>
          <w:trHeight w:val="822"/>
          <w:jc w:val="center"/>
        </w:trPr>
        <w:tc>
          <w:tcPr>
            <w:tcW w:w="5159" w:type="dxa"/>
            <w:tcBorders>
              <w:top w:val="single" w:sz="10" w:space="0" w:color="B7CBEA"/>
              <w:left w:val="single" w:sz="10" w:space="0" w:color="B7CBEA"/>
              <w:bottom w:val="single" w:sz="10" w:space="0" w:color="B7CBEA"/>
              <w:right w:val="single" w:sz="10" w:space="0" w:color="B7CBEA"/>
            </w:tcBorders>
            <w:tcMar>
              <w:top w:w="75" w:type="dxa"/>
              <w:left w:w="110" w:type="dxa"/>
              <w:bottom w:w="150" w:type="dxa"/>
              <w:right w:w="110" w:type="dxa"/>
            </w:tcMar>
          </w:tcPr>
          <w:p w14:paraId="2040B76A" w14:textId="77777777" w:rsidR="00A44386" w:rsidRDefault="00000000">
            <w:pPr>
              <w:spacing w:after="120" w:line="240" w:lineRule="auto"/>
            </w:pPr>
            <w:r>
              <w:rPr>
                <w:b/>
                <w:color w:val="668DD0"/>
                <w:sz w:val="16"/>
              </w:rPr>
              <w:t>PRZEDMIOT / KURS</w:t>
            </w:r>
          </w:p>
          <w:p w14:paraId="6DC9268F" w14:textId="77777777" w:rsidR="00A44386" w:rsidRDefault="00A44386">
            <w:pPr>
              <w:spacing w:after="0" w:line="240" w:lineRule="auto"/>
            </w:pPr>
          </w:p>
        </w:tc>
        <w:tc>
          <w:tcPr>
            <w:tcW w:w="5159" w:type="dxa"/>
            <w:tcBorders>
              <w:top w:val="single" w:sz="10" w:space="0" w:color="B7CBEA"/>
              <w:left w:val="single" w:sz="10" w:space="0" w:color="B7CBEA"/>
              <w:bottom w:val="single" w:sz="10" w:space="0" w:color="B7CBEA"/>
              <w:right w:val="single" w:sz="10" w:space="0" w:color="B7CBEA"/>
            </w:tcBorders>
            <w:tcMar>
              <w:top w:w="75" w:type="dxa"/>
              <w:left w:w="110" w:type="dxa"/>
              <w:bottom w:w="150" w:type="dxa"/>
              <w:right w:w="110" w:type="dxa"/>
            </w:tcMar>
          </w:tcPr>
          <w:p w14:paraId="58D93FF9" w14:textId="77777777" w:rsidR="00A44386" w:rsidRDefault="00000000">
            <w:pPr>
              <w:spacing w:after="120" w:line="240" w:lineRule="auto"/>
            </w:pPr>
            <w:r>
              <w:rPr>
                <w:b/>
                <w:color w:val="668DD0"/>
                <w:sz w:val="16"/>
              </w:rPr>
              <w:t>PROWADZĄCY / ŹRÓDŁO</w:t>
            </w:r>
          </w:p>
          <w:p w14:paraId="21780F65" w14:textId="77777777" w:rsidR="00A44386" w:rsidRDefault="00A44386">
            <w:pPr>
              <w:spacing w:after="0" w:line="240" w:lineRule="auto"/>
            </w:pPr>
          </w:p>
        </w:tc>
      </w:tr>
    </w:tbl>
    <w:p w14:paraId="364FAE7C" w14:textId="77777777" w:rsidR="00A44386" w:rsidRDefault="00A44386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371"/>
      </w:tblGrid>
      <w:tr w:rsidR="00A44386" w14:paraId="441B65BF" w14:textId="77777777">
        <w:trPr>
          <w:trHeight w:val="425"/>
          <w:jc w:val="center"/>
        </w:trPr>
        <w:tc>
          <w:tcPr>
            <w:tcW w:w="2948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shd w:val="clear" w:color="auto" w:fill="668DD0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29E5A3C3" w14:textId="77777777" w:rsidR="00A44386" w:rsidRDefault="00000000">
            <w:pPr>
              <w:spacing w:after="0" w:line="240" w:lineRule="auto"/>
            </w:pPr>
            <w:r>
              <w:rPr>
                <w:b/>
                <w:color w:val="FFFFFF"/>
                <w:sz w:val="18"/>
              </w:rPr>
              <w:t>PYTANIA / SŁOWA KLUCZOWE</w:t>
            </w:r>
          </w:p>
        </w:tc>
        <w:tc>
          <w:tcPr>
            <w:tcW w:w="7371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shd w:val="clear" w:color="auto" w:fill="668DD0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69C84C13" w14:textId="77777777" w:rsidR="00A44386" w:rsidRDefault="00000000">
            <w:pPr>
              <w:spacing w:after="0" w:line="240" w:lineRule="auto"/>
            </w:pPr>
            <w:r>
              <w:rPr>
                <w:b/>
                <w:color w:val="FFFFFF"/>
                <w:sz w:val="18"/>
              </w:rPr>
              <w:t>NOTATKI</w:t>
            </w:r>
          </w:p>
        </w:tc>
      </w:tr>
      <w:tr w:rsidR="00A44386" w:rsidRPr="002F645F" w14:paraId="4358638F" w14:textId="77777777">
        <w:trPr>
          <w:trHeight w:val="6690"/>
          <w:jc w:val="center"/>
        </w:trPr>
        <w:tc>
          <w:tcPr>
            <w:tcW w:w="2948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shd w:val="clear" w:color="auto" w:fill="F2F6FC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A1B18FD" w14:textId="31A1CA19" w:rsidR="00A44386" w:rsidRPr="002F645F" w:rsidRDefault="00000000">
            <w:pPr>
              <w:spacing w:after="0" w:line="240" w:lineRule="auto"/>
              <w:rPr>
                <w:lang w:val="pl-PL"/>
              </w:rPr>
            </w:pPr>
            <w:r w:rsidRPr="002F645F">
              <w:rPr>
                <w:i/>
                <w:color w:val="A9B6CA"/>
                <w:sz w:val="18"/>
                <w:lang w:val="pl-PL"/>
              </w:rPr>
              <w:t>Hasła, definicje, pytania</w:t>
            </w:r>
          </w:p>
        </w:tc>
        <w:tc>
          <w:tcPr>
            <w:tcW w:w="7371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C9AA27D" w14:textId="77777777" w:rsidR="00A44386" w:rsidRPr="002F645F" w:rsidRDefault="00000000">
            <w:pPr>
              <w:spacing w:after="0" w:line="240" w:lineRule="auto"/>
              <w:rPr>
                <w:lang w:val="pl-PL"/>
              </w:rPr>
            </w:pPr>
            <w:r w:rsidRPr="002F645F">
              <w:rPr>
                <w:i/>
                <w:color w:val="A9B6CA"/>
                <w:sz w:val="18"/>
                <w:lang w:val="pl-PL"/>
              </w:rPr>
              <w:t>Główne idee, wyjaśnienia, przykłady, zależności…</w:t>
            </w:r>
          </w:p>
        </w:tc>
      </w:tr>
    </w:tbl>
    <w:p w14:paraId="30F05019" w14:textId="77777777" w:rsidR="00A44386" w:rsidRDefault="00000000">
      <w:pPr>
        <w:spacing w:before="140" w:after="80"/>
      </w:pPr>
      <w:r>
        <w:rPr>
          <w:b/>
          <w:sz w:val="22"/>
        </w:rPr>
        <w:t>PODSUMOWANIE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9"/>
      </w:tblGrid>
      <w:tr w:rsidR="00A44386" w:rsidRPr="002F645F" w14:paraId="6D108837" w14:textId="77777777">
        <w:trPr>
          <w:trHeight w:val="1814"/>
          <w:jc w:val="center"/>
        </w:trPr>
        <w:tc>
          <w:tcPr>
            <w:tcW w:w="10319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E3D9F2F" w14:textId="13526E08" w:rsidR="00A44386" w:rsidRPr="002F645F" w:rsidRDefault="00000000">
            <w:pPr>
              <w:spacing w:line="240" w:lineRule="auto"/>
              <w:rPr>
                <w:lang w:val="pl-PL"/>
              </w:rPr>
            </w:pPr>
            <w:r w:rsidRPr="002F645F">
              <w:rPr>
                <w:i/>
                <w:color w:val="A9B6CA"/>
                <w:sz w:val="18"/>
                <w:lang w:val="pl-PL"/>
              </w:rPr>
              <w:t>Zapisz w 3–5 zdaniach najważniejsze idee własnymi słowami. Co powinno zostać w pamięci po t</w:t>
            </w:r>
            <w:r w:rsidR="002F645F">
              <w:rPr>
                <w:i/>
                <w:color w:val="A9B6CA"/>
                <w:sz w:val="18"/>
                <w:lang w:val="pl-PL"/>
              </w:rPr>
              <w:t>ych zajęciach</w:t>
            </w:r>
            <w:r w:rsidRPr="002F645F">
              <w:rPr>
                <w:i/>
                <w:color w:val="A9B6CA"/>
                <w:sz w:val="18"/>
                <w:lang w:val="pl-PL"/>
              </w:rPr>
              <w:t>?</w:t>
            </w:r>
          </w:p>
        </w:tc>
      </w:tr>
    </w:tbl>
    <w:p w14:paraId="2E46A463" w14:textId="0345CEE3" w:rsidR="00A44386" w:rsidRPr="002F645F" w:rsidRDefault="00000000">
      <w:pPr>
        <w:spacing w:before="120" w:after="0"/>
        <w:rPr>
          <w:lang w:val="pl-PL"/>
        </w:rPr>
      </w:pPr>
      <w:r w:rsidRPr="002F645F">
        <w:rPr>
          <w:sz w:val="19"/>
          <w:lang w:val="pl-PL"/>
        </w:rPr>
        <w:t>Gdybyś miał(a) wyjaśnić ten temat komuś bez zaglądania do notatek, od czego byś zaczął/zaczęła?</w:t>
      </w:r>
    </w:p>
    <w:sectPr w:rsidR="00A44386" w:rsidRPr="002F645F" w:rsidSect="00034616">
      <w:headerReference w:type="default" r:id="rId8"/>
      <w:footerReference w:type="default" r:id="rId9"/>
      <w:pgSz w:w="11906" w:h="16838"/>
      <w:pgMar w:top="794" w:right="794" w:bottom="850" w:left="79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793B1" w14:textId="77777777" w:rsidR="00A75268" w:rsidRDefault="00A75268">
      <w:pPr>
        <w:spacing w:after="0" w:line="240" w:lineRule="auto"/>
      </w:pPr>
      <w:r>
        <w:separator/>
      </w:r>
    </w:p>
  </w:endnote>
  <w:endnote w:type="continuationSeparator" w:id="0">
    <w:p w14:paraId="3AA1CA58" w14:textId="77777777" w:rsidR="00A75268" w:rsidRDefault="00A7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F24E2" w14:textId="77777777" w:rsidR="00A44386" w:rsidRPr="002F645F" w:rsidRDefault="00000000">
    <w:pPr>
      <w:pStyle w:val="Stopka"/>
      <w:rPr>
        <w:color w:val="808080" w:themeColor="background1" w:themeShade="80"/>
        <w:szCs w:val="20"/>
        <w:lang w:val="pl-PL"/>
      </w:rPr>
    </w:pPr>
    <w:r w:rsidRPr="002F645F">
      <w:rPr>
        <w:color w:val="808080" w:themeColor="background1" w:themeShade="80"/>
        <w:szCs w:val="20"/>
        <w:lang w:val="pl-PL"/>
      </w:rPr>
      <w:t>Projekt finansowany przez Narodową Agencję Wymiany Akademickiej (NAWA)</w:t>
    </w:r>
    <w:r w:rsidRPr="002F645F">
      <w:rPr>
        <w:color w:val="808080" w:themeColor="background1" w:themeShade="80"/>
        <w:szCs w:val="20"/>
        <w:lang w:val="pl-PL"/>
      </w:rPr>
      <w:br/>
      <w:t>Politechnika Gdańska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7F1A8" w14:textId="77777777" w:rsidR="00A75268" w:rsidRDefault="00A75268">
      <w:pPr>
        <w:spacing w:after="0" w:line="240" w:lineRule="auto"/>
      </w:pPr>
      <w:r>
        <w:separator/>
      </w:r>
    </w:p>
  </w:footnote>
  <w:footnote w:type="continuationSeparator" w:id="0">
    <w:p w14:paraId="4CCA8FF8" w14:textId="77777777" w:rsidR="00A75268" w:rsidRDefault="00A7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073CE" w14:textId="77777777" w:rsidR="00A44386" w:rsidRDefault="00000000">
    <w:pPr>
      <w:pStyle w:val="Nagwek"/>
    </w:pPr>
    <w:r>
      <w:rPr>
        <w:noProof/>
      </w:rPr>
      <w:drawing>
        <wp:inline distT="0" distB="0" distL="0" distR="0" wp14:anchorId="702C4657" wp14:editId="6D936898">
          <wp:extent cx="1008000" cy="29369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pire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8000" cy="293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6144008">
    <w:abstractNumId w:val="8"/>
  </w:num>
  <w:num w:numId="2" w16cid:durableId="312829214">
    <w:abstractNumId w:val="6"/>
  </w:num>
  <w:num w:numId="3" w16cid:durableId="545457196">
    <w:abstractNumId w:val="5"/>
  </w:num>
  <w:num w:numId="4" w16cid:durableId="1442336020">
    <w:abstractNumId w:val="4"/>
  </w:num>
  <w:num w:numId="5" w16cid:durableId="2104913016">
    <w:abstractNumId w:val="7"/>
  </w:num>
  <w:num w:numId="6" w16cid:durableId="1436050876">
    <w:abstractNumId w:val="3"/>
  </w:num>
  <w:num w:numId="7" w16cid:durableId="721903899">
    <w:abstractNumId w:val="2"/>
  </w:num>
  <w:num w:numId="8" w16cid:durableId="2109423033">
    <w:abstractNumId w:val="1"/>
  </w:num>
  <w:num w:numId="9" w16cid:durableId="46663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022"/>
    <w:rsid w:val="00034616"/>
    <w:rsid w:val="00043F6D"/>
    <w:rsid w:val="0006063C"/>
    <w:rsid w:val="0015074B"/>
    <w:rsid w:val="0029639D"/>
    <w:rsid w:val="002F645F"/>
    <w:rsid w:val="00326F90"/>
    <w:rsid w:val="00482A79"/>
    <w:rsid w:val="0055201B"/>
    <w:rsid w:val="006C0CCC"/>
    <w:rsid w:val="00A44386"/>
    <w:rsid w:val="00A752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C79AC"/>
  <w14:defaultImageDpi w14:val="300"/>
  <w15:docId w15:val="{E30D0628-3801-4F66-9F6E-4CF7CBC8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color w:val="222222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Notatka Cornella – szablon</dc:title>
  <dc:subject>Inspire Edu – karta pracy</dc:subject>
  <dc:creator>Inspire Edu</dc:creator>
  <cp:keywords/>
  <dc:description>generated by python-docx</dc:description>
  <cp:lastModifiedBy>Alina Guzik</cp:lastModifiedBy>
  <cp:revision>2</cp:revision>
  <dcterms:created xsi:type="dcterms:W3CDTF">2026-08-26T12:37:00Z</dcterms:created>
  <dcterms:modified xsi:type="dcterms:W3CDTF">2026-08-26T12:37:00Z</dcterms:modified>
  <cp:category/>
</cp:coreProperties>
</file>